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C24E2" w14:textId="77777777" w:rsidR="00CA0171" w:rsidRPr="009C76C3" w:rsidRDefault="00000000">
      <w:pPr>
        <w:jc w:val="center"/>
        <w:rPr>
          <w:lang w:val="hu-HU"/>
        </w:rPr>
      </w:pPr>
      <w:r w:rsidRPr="009C76C3">
        <w:rPr>
          <w:b/>
          <w:sz w:val="32"/>
          <w:lang w:val="hu-HU"/>
        </w:rPr>
        <w:t>ESG ACCESS EXECUTIVE PROGRAM</w:t>
      </w:r>
    </w:p>
    <w:p w14:paraId="63738F32" w14:textId="77777777" w:rsidR="009C76C3" w:rsidRPr="009C76C3" w:rsidRDefault="00000000">
      <w:pPr>
        <w:jc w:val="center"/>
        <w:rPr>
          <w:b/>
          <w:bCs/>
          <w:sz w:val="40"/>
          <w:szCs w:val="40"/>
          <w:lang w:val="hu-HU"/>
        </w:rPr>
      </w:pPr>
      <w:r w:rsidRPr="009C76C3">
        <w:rPr>
          <w:b/>
          <w:bCs/>
          <w:sz w:val="40"/>
          <w:szCs w:val="40"/>
          <w:lang w:val="hu-HU"/>
        </w:rPr>
        <w:t xml:space="preserve">Jelentkezési lap </w:t>
      </w:r>
    </w:p>
    <w:p w14:paraId="0EDFAD39" w14:textId="16F24FF3" w:rsidR="00CA0171" w:rsidRPr="009C76C3" w:rsidRDefault="00000000">
      <w:pPr>
        <w:jc w:val="center"/>
        <w:rPr>
          <w:b/>
          <w:bCs/>
          <w:sz w:val="40"/>
          <w:szCs w:val="40"/>
          <w:lang w:val="hu-HU"/>
        </w:rPr>
      </w:pPr>
      <w:r w:rsidRPr="009C76C3">
        <w:rPr>
          <w:b/>
          <w:bCs/>
          <w:sz w:val="40"/>
          <w:szCs w:val="40"/>
          <w:lang w:val="hu-HU"/>
        </w:rPr>
        <w:t xml:space="preserve">– </w:t>
      </w:r>
      <w:proofErr w:type="spellStart"/>
      <w:r w:rsidRPr="009C76C3">
        <w:rPr>
          <w:b/>
          <w:bCs/>
          <w:sz w:val="40"/>
          <w:szCs w:val="40"/>
          <w:lang w:val="hu-HU"/>
        </w:rPr>
        <w:t>Certified</w:t>
      </w:r>
      <w:proofErr w:type="spellEnd"/>
      <w:r w:rsidRPr="009C76C3">
        <w:rPr>
          <w:b/>
          <w:bCs/>
          <w:sz w:val="40"/>
          <w:szCs w:val="40"/>
          <w:lang w:val="hu-HU"/>
        </w:rPr>
        <w:t xml:space="preserve"> ESG Access </w:t>
      </w:r>
      <w:proofErr w:type="spellStart"/>
      <w:r w:rsidR="007904D0">
        <w:rPr>
          <w:b/>
          <w:bCs/>
          <w:sz w:val="40"/>
          <w:szCs w:val="40"/>
          <w:lang w:val="hu-HU"/>
        </w:rPr>
        <w:t>Specialist</w:t>
      </w:r>
      <w:proofErr w:type="spellEnd"/>
      <w:r w:rsidRPr="009C76C3">
        <w:rPr>
          <w:b/>
          <w:bCs/>
          <w:sz w:val="40"/>
          <w:szCs w:val="40"/>
          <w:lang w:val="hu-HU"/>
        </w:rPr>
        <w:t xml:space="preserve"> (CEA</w:t>
      </w:r>
      <w:r w:rsidR="007904D0">
        <w:rPr>
          <w:b/>
          <w:bCs/>
          <w:sz w:val="40"/>
          <w:szCs w:val="40"/>
          <w:lang w:val="hu-HU"/>
        </w:rPr>
        <w:t>S</w:t>
      </w:r>
      <w:r w:rsidRPr="009C76C3">
        <w:rPr>
          <w:b/>
          <w:bCs/>
          <w:sz w:val="40"/>
          <w:szCs w:val="40"/>
          <w:lang w:val="hu-HU"/>
        </w:rPr>
        <w:t>)</w:t>
      </w:r>
      <w:r w:rsidR="009C76C3" w:rsidRPr="009C76C3">
        <w:rPr>
          <w:b/>
          <w:bCs/>
          <w:sz w:val="40"/>
          <w:szCs w:val="40"/>
          <w:lang w:val="hu-HU"/>
        </w:rPr>
        <w:t xml:space="preserve"> –</w:t>
      </w:r>
    </w:p>
    <w:p w14:paraId="3605233F" w14:textId="1E89E9A5" w:rsidR="00CA0171" w:rsidRPr="009C76C3" w:rsidRDefault="00000000">
      <w:pPr>
        <w:jc w:val="center"/>
        <w:rPr>
          <w:rFonts w:ascii="Times New Roman" w:hAnsi="Times New Roman" w:cs="Times New Roman"/>
          <w:sz w:val="28"/>
          <w:szCs w:val="28"/>
          <w:lang w:val="hu-HU"/>
        </w:rPr>
      </w:pPr>
      <w:r w:rsidRPr="009C76C3">
        <w:rPr>
          <w:rFonts w:ascii="Times New Roman" w:hAnsi="Times New Roman" w:cs="Times New Roman"/>
          <w:sz w:val="28"/>
          <w:szCs w:val="28"/>
          <w:lang w:val="hu-HU"/>
        </w:rPr>
        <w:t xml:space="preserve">ESG </w:t>
      </w:r>
      <w:r w:rsidR="009C76C3" w:rsidRPr="009C76C3">
        <w:rPr>
          <w:rFonts w:ascii="Times New Roman" w:hAnsi="Times New Roman" w:cs="Times New Roman"/>
          <w:sz w:val="28"/>
          <w:szCs w:val="28"/>
          <w:lang w:val="hu-HU"/>
        </w:rPr>
        <w:t>Access Institute</w:t>
      </w:r>
      <w:r w:rsidRPr="009C76C3">
        <w:rPr>
          <w:rFonts w:ascii="Times New Roman" w:hAnsi="Times New Roman" w:cs="Times New Roman"/>
          <w:sz w:val="28"/>
          <w:szCs w:val="28"/>
          <w:lang w:val="hu-HU"/>
        </w:rPr>
        <w:t xml:space="preserve"> – Fenntarthatósági Intézet</w:t>
      </w:r>
      <w:r w:rsidRPr="009C76C3">
        <w:rPr>
          <w:rFonts w:ascii="Times New Roman" w:hAnsi="Times New Roman" w:cs="Times New Roman"/>
          <w:sz w:val="28"/>
          <w:szCs w:val="28"/>
          <w:lang w:val="hu-HU"/>
        </w:rPr>
        <w:br/>
        <w:t>Magyarországi Cselekvő Gondolat Közössége</w:t>
      </w:r>
    </w:p>
    <w:p w14:paraId="724E9C43" w14:textId="5C47D2A5" w:rsidR="00FB2D24" w:rsidRPr="00521A13" w:rsidRDefault="00FB2D24" w:rsidP="00FB2D2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hu-H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hu-HU"/>
        </w:rPr>
        <w:t>32</w:t>
      </w:r>
      <w:r w:rsidRPr="00521A13">
        <w:rPr>
          <w:rFonts w:ascii="Times New Roman" w:hAnsi="Times New Roman" w:cs="Times New Roman"/>
          <w:b/>
          <w:bCs/>
          <w:sz w:val="28"/>
          <w:szCs w:val="28"/>
          <w:lang w:val="hu-HU"/>
        </w:rPr>
        <w:t xml:space="preserve"> órás online képzés záróvizsgával</w:t>
      </w:r>
    </w:p>
    <w:p w14:paraId="7E2602EC" w14:textId="77777777" w:rsidR="00CA0171" w:rsidRPr="009C76C3" w:rsidRDefault="00CA0171">
      <w:pPr>
        <w:rPr>
          <w:rFonts w:ascii="Times New Roman" w:hAnsi="Times New Roman" w:cs="Times New Roman"/>
          <w:sz w:val="28"/>
          <w:szCs w:val="28"/>
          <w:lang w:val="hu-HU"/>
        </w:rPr>
      </w:pPr>
    </w:p>
    <w:p w14:paraId="134B0C2D" w14:textId="77777777" w:rsidR="00CA0171" w:rsidRPr="009C76C3" w:rsidRDefault="00000000">
      <w:pPr>
        <w:rPr>
          <w:rFonts w:ascii="Times New Roman" w:hAnsi="Times New Roman" w:cs="Times New Roman"/>
          <w:sz w:val="28"/>
          <w:szCs w:val="28"/>
          <w:lang w:val="hu-HU"/>
        </w:rPr>
      </w:pPr>
      <w:r w:rsidRPr="009C76C3">
        <w:rPr>
          <w:rFonts w:ascii="Times New Roman" w:hAnsi="Times New Roman" w:cs="Times New Roman"/>
          <w:sz w:val="28"/>
          <w:szCs w:val="28"/>
          <w:lang w:val="hu-HU"/>
        </w:rPr>
        <w:t>Név:</w:t>
      </w:r>
    </w:p>
    <w:p w14:paraId="32E7D73C" w14:textId="77777777" w:rsidR="00CA0171" w:rsidRPr="009C76C3" w:rsidRDefault="00000000">
      <w:pPr>
        <w:rPr>
          <w:rFonts w:ascii="Times New Roman" w:hAnsi="Times New Roman" w:cs="Times New Roman"/>
          <w:sz w:val="28"/>
          <w:szCs w:val="28"/>
          <w:lang w:val="hu-HU"/>
        </w:rPr>
      </w:pPr>
      <w:r w:rsidRPr="009C76C3">
        <w:rPr>
          <w:rFonts w:ascii="Times New Roman" w:hAnsi="Times New Roman" w:cs="Times New Roman"/>
          <w:sz w:val="28"/>
          <w:szCs w:val="28"/>
          <w:lang w:val="hu-HU"/>
        </w:rPr>
        <w:t>E-mail cím:</w:t>
      </w:r>
    </w:p>
    <w:p w14:paraId="565E0C3F" w14:textId="77777777" w:rsidR="00CA0171" w:rsidRPr="009C76C3" w:rsidRDefault="00000000">
      <w:pPr>
        <w:rPr>
          <w:rFonts w:ascii="Times New Roman" w:hAnsi="Times New Roman" w:cs="Times New Roman"/>
          <w:sz w:val="28"/>
          <w:szCs w:val="28"/>
          <w:lang w:val="hu-HU"/>
        </w:rPr>
      </w:pPr>
      <w:r w:rsidRPr="009C76C3">
        <w:rPr>
          <w:rFonts w:ascii="Times New Roman" w:hAnsi="Times New Roman" w:cs="Times New Roman"/>
          <w:sz w:val="28"/>
          <w:szCs w:val="28"/>
          <w:lang w:val="hu-HU"/>
        </w:rPr>
        <w:t>Telefonszám:</w:t>
      </w:r>
    </w:p>
    <w:p w14:paraId="0CADE655" w14:textId="77777777" w:rsidR="00CA0171" w:rsidRPr="009C76C3" w:rsidRDefault="00000000">
      <w:pPr>
        <w:rPr>
          <w:rFonts w:ascii="Times New Roman" w:hAnsi="Times New Roman" w:cs="Times New Roman"/>
          <w:sz w:val="28"/>
          <w:szCs w:val="28"/>
          <w:lang w:val="hu-HU"/>
        </w:rPr>
      </w:pPr>
      <w:r w:rsidRPr="009C76C3">
        <w:rPr>
          <w:rFonts w:ascii="Times New Roman" w:hAnsi="Times New Roman" w:cs="Times New Roman"/>
          <w:sz w:val="28"/>
          <w:szCs w:val="28"/>
          <w:lang w:val="hu-HU"/>
        </w:rPr>
        <w:t>Szervezet neve:</w:t>
      </w:r>
    </w:p>
    <w:p w14:paraId="016E7AA4" w14:textId="77777777" w:rsidR="00CA0171" w:rsidRPr="009C76C3" w:rsidRDefault="00000000">
      <w:pPr>
        <w:rPr>
          <w:rFonts w:ascii="Times New Roman" w:hAnsi="Times New Roman" w:cs="Times New Roman"/>
          <w:sz w:val="28"/>
          <w:szCs w:val="28"/>
          <w:lang w:val="hu-HU"/>
        </w:rPr>
      </w:pPr>
      <w:r w:rsidRPr="009C76C3">
        <w:rPr>
          <w:rFonts w:ascii="Times New Roman" w:hAnsi="Times New Roman" w:cs="Times New Roman"/>
          <w:sz w:val="28"/>
          <w:szCs w:val="28"/>
          <w:lang w:val="hu-HU"/>
        </w:rPr>
        <w:t>Betöltött pozíció:</w:t>
      </w:r>
    </w:p>
    <w:p w14:paraId="18ADC247" w14:textId="77777777" w:rsidR="00CA0171" w:rsidRDefault="00000000">
      <w:pPr>
        <w:rPr>
          <w:rFonts w:ascii="Times New Roman" w:hAnsi="Times New Roman" w:cs="Times New Roman"/>
          <w:sz w:val="28"/>
          <w:szCs w:val="28"/>
          <w:lang w:val="hu-HU"/>
        </w:rPr>
      </w:pPr>
      <w:r w:rsidRPr="009C76C3">
        <w:rPr>
          <w:rFonts w:ascii="Times New Roman" w:hAnsi="Times New Roman" w:cs="Times New Roman"/>
          <w:sz w:val="28"/>
          <w:szCs w:val="28"/>
          <w:lang w:val="hu-HU"/>
        </w:rPr>
        <w:t>Részvételi forma:</w:t>
      </w:r>
    </w:p>
    <w:p w14:paraId="5D02EC64" w14:textId="77777777" w:rsidR="00CA0171" w:rsidRPr="009C76C3" w:rsidRDefault="00000000">
      <w:pPr>
        <w:rPr>
          <w:rFonts w:ascii="Times New Roman" w:hAnsi="Times New Roman" w:cs="Times New Roman"/>
          <w:sz w:val="28"/>
          <w:szCs w:val="28"/>
          <w:lang w:val="hu-HU"/>
        </w:rPr>
      </w:pPr>
      <w:r w:rsidRPr="009C76C3">
        <w:rPr>
          <w:rFonts w:ascii="Segoe UI Symbol" w:hAnsi="Segoe UI Symbol" w:cs="Segoe UI Symbol"/>
          <w:sz w:val="28"/>
          <w:szCs w:val="28"/>
          <w:lang w:val="hu-HU"/>
        </w:rPr>
        <w:t>☐</w:t>
      </w:r>
      <w:r w:rsidRPr="009C76C3">
        <w:rPr>
          <w:rFonts w:ascii="Times New Roman" w:hAnsi="Times New Roman" w:cs="Times New Roman"/>
          <w:sz w:val="28"/>
          <w:szCs w:val="28"/>
          <w:lang w:val="hu-HU"/>
        </w:rPr>
        <w:t xml:space="preserve"> Egyéni jelentkezés        </w:t>
      </w:r>
      <w:r w:rsidRPr="009C76C3">
        <w:rPr>
          <w:rFonts w:ascii="Segoe UI Symbol" w:hAnsi="Segoe UI Symbol" w:cs="Segoe UI Symbol"/>
          <w:sz w:val="28"/>
          <w:szCs w:val="28"/>
          <w:lang w:val="hu-HU"/>
        </w:rPr>
        <w:t>☐</w:t>
      </w:r>
      <w:r w:rsidRPr="009C76C3">
        <w:rPr>
          <w:rFonts w:ascii="Times New Roman" w:hAnsi="Times New Roman" w:cs="Times New Roman"/>
          <w:sz w:val="28"/>
          <w:szCs w:val="28"/>
          <w:lang w:val="hu-HU"/>
        </w:rPr>
        <w:t xml:space="preserve"> Intézményi delegálás</w:t>
      </w:r>
    </w:p>
    <w:p w14:paraId="5433A6EC" w14:textId="77777777" w:rsidR="00CA0171" w:rsidRPr="009C76C3" w:rsidRDefault="00CA0171">
      <w:pPr>
        <w:rPr>
          <w:lang w:val="hu-H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CA0171" w:rsidRPr="009C76C3" w14:paraId="5464769B" w14:textId="77777777">
        <w:trPr>
          <w:jc w:val="center"/>
        </w:trPr>
        <w:tc>
          <w:tcPr>
            <w:tcW w:w="4320" w:type="dxa"/>
          </w:tcPr>
          <w:p w14:paraId="5C978978" w14:textId="77777777" w:rsidR="00CA0171" w:rsidRPr="009C76C3" w:rsidRDefault="00000000">
            <w:pPr>
              <w:rPr>
                <w:rFonts w:ascii="Times New Roman" w:hAnsi="Times New Roman" w:cs="Times New Roman"/>
                <w:sz w:val="28"/>
                <w:szCs w:val="28"/>
                <w:lang w:val="hu-HU"/>
              </w:rPr>
            </w:pPr>
            <w:r w:rsidRPr="009C76C3">
              <w:rPr>
                <w:rFonts w:ascii="Times New Roman" w:hAnsi="Times New Roman" w:cs="Times New Roman"/>
                <w:sz w:val="28"/>
                <w:szCs w:val="28"/>
                <w:lang w:val="hu-HU"/>
              </w:rPr>
              <w:t>Dátum:</w:t>
            </w:r>
          </w:p>
        </w:tc>
        <w:tc>
          <w:tcPr>
            <w:tcW w:w="4320" w:type="dxa"/>
          </w:tcPr>
          <w:p w14:paraId="3C81A35A" w14:textId="77777777" w:rsidR="00CA0171" w:rsidRPr="009C76C3" w:rsidRDefault="00000000">
            <w:pPr>
              <w:rPr>
                <w:rFonts w:ascii="Times New Roman" w:hAnsi="Times New Roman" w:cs="Times New Roman"/>
                <w:sz w:val="28"/>
                <w:szCs w:val="28"/>
                <w:lang w:val="hu-HU"/>
              </w:rPr>
            </w:pPr>
            <w:r w:rsidRPr="009C76C3">
              <w:rPr>
                <w:rFonts w:ascii="Times New Roman" w:hAnsi="Times New Roman" w:cs="Times New Roman"/>
                <w:sz w:val="28"/>
                <w:szCs w:val="28"/>
                <w:lang w:val="hu-HU"/>
              </w:rPr>
              <w:t>Aláírás:</w:t>
            </w:r>
          </w:p>
        </w:tc>
      </w:tr>
    </w:tbl>
    <w:p w14:paraId="2D26FA04" w14:textId="77777777" w:rsidR="00650DA7" w:rsidRPr="009C76C3" w:rsidRDefault="00650DA7">
      <w:pPr>
        <w:rPr>
          <w:lang w:val="hu-HU"/>
        </w:rPr>
      </w:pPr>
    </w:p>
    <w:sectPr w:rsidR="00650DA7" w:rsidRPr="009C76C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zmozott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zmozott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Felsorol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Felsorol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8345980">
    <w:abstractNumId w:val="8"/>
  </w:num>
  <w:num w:numId="2" w16cid:durableId="963732540">
    <w:abstractNumId w:val="6"/>
  </w:num>
  <w:num w:numId="3" w16cid:durableId="1404336846">
    <w:abstractNumId w:val="5"/>
  </w:num>
  <w:num w:numId="4" w16cid:durableId="508452966">
    <w:abstractNumId w:val="4"/>
  </w:num>
  <w:num w:numId="5" w16cid:durableId="815874768">
    <w:abstractNumId w:val="7"/>
  </w:num>
  <w:num w:numId="6" w16cid:durableId="1529414750">
    <w:abstractNumId w:val="3"/>
  </w:num>
  <w:num w:numId="7" w16cid:durableId="67731292">
    <w:abstractNumId w:val="2"/>
  </w:num>
  <w:num w:numId="8" w16cid:durableId="1824349178">
    <w:abstractNumId w:val="1"/>
  </w:num>
  <w:num w:numId="9" w16cid:durableId="1688093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2DB1"/>
    <w:rsid w:val="0015074B"/>
    <w:rsid w:val="0029639D"/>
    <w:rsid w:val="00326F90"/>
    <w:rsid w:val="00650DA7"/>
    <w:rsid w:val="007904D0"/>
    <w:rsid w:val="009351F7"/>
    <w:rsid w:val="009C76C3"/>
    <w:rsid w:val="00AA1D8D"/>
    <w:rsid w:val="00B47730"/>
    <w:rsid w:val="00CA0171"/>
    <w:rsid w:val="00CB0664"/>
    <w:rsid w:val="00FB2D2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459F77"/>
  <w14:defaultImageDpi w14:val="300"/>
  <w15:docId w15:val="{90FEB66E-D70A-4464-9725-D4960358A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C693F"/>
  </w:style>
  <w:style w:type="paragraph" w:styleId="Cmsor1">
    <w:name w:val="heading 1"/>
    <w:basedOn w:val="Norml"/>
    <w:next w:val="Norml"/>
    <w:link w:val="Cmsor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618BF"/>
  </w:style>
  <w:style w:type="paragraph" w:styleId="llb">
    <w:name w:val="footer"/>
    <w:basedOn w:val="Norml"/>
    <w:link w:val="llb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18BF"/>
  </w:style>
  <w:style w:type="paragraph" w:styleId="Nincstrkz">
    <w:name w:val="No Spacing"/>
    <w:uiPriority w:val="1"/>
    <w:qFormat/>
    <w:rsid w:val="00FC693F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">
    <w:name w:val="Title"/>
    <w:basedOn w:val="Norml"/>
    <w:next w:val="Norml"/>
    <w:link w:val="Cm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aszerbekezds">
    <w:name w:val="List Paragraph"/>
    <w:basedOn w:val="Norml"/>
    <w:uiPriority w:val="34"/>
    <w:qFormat/>
    <w:rsid w:val="00FC693F"/>
    <w:pPr>
      <w:ind w:left="720"/>
      <w:contextualSpacing/>
    </w:pPr>
  </w:style>
  <w:style w:type="paragraph" w:styleId="Szvegtrzs">
    <w:name w:val="Body Text"/>
    <w:basedOn w:val="Norml"/>
    <w:link w:val="SzvegtrzsChar"/>
    <w:uiPriority w:val="99"/>
    <w:unhideWhenUsed/>
    <w:rsid w:val="00AA1D8D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rsid w:val="00AA1D8D"/>
  </w:style>
  <w:style w:type="paragraph" w:styleId="Szvegtrzs2">
    <w:name w:val="Body Text 2"/>
    <w:basedOn w:val="Norml"/>
    <w:link w:val="Szvegtrzs2Char"/>
    <w:uiPriority w:val="99"/>
    <w:unhideWhenUsed/>
    <w:rsid w:val="00AA1D8D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rsid w:val="00AA1D8D"/>
  </w:style>
  <w:style w:type="paragraph" w:styleId="Szvegtrzs3">
    <w:name w:val="Body Text 3"/>
    <w:basedOn w:val="Norml"/>
    <w:link w:val="Szvegtrzs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rsid w:val="00AA1D8D"/>
    <w:rPr>
      <w:sz w:val="16"/>
      <w:szCs w:val="16"/>
    </w:rPr>
  </w:style>
  <w:style w:type="paragraph" w:styleId="Lista">
    <w:name w:val="List"/>
    <w:basedOn w:val="Norm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l"/>
    <w:uiPriority w:val="99"/>
    <w:unhideWhenUsed/>
    <w:rsid w:val="00326F90"/>
    <w:pPr>
      <w:ind w:left="1080" w:hanging="360"/>
      <w:contextualSpacing/>
    </w:pPr>
  </w:style>
  <w:style w:type="paragraph" w:styleId="Felsorols">
    <w:name w:val="List Bullet"/>
    <w:basedOn w:val="Norml"/>
    <w:uiPriority w:val="99"/>
    <w:unhideWhenUsed/>
    <w:rsid w:val="00326F90"/>
    <w:pPr>
      <w:numPr>
        <w:numId w:val="1"/>
      </w:numPr>
      <w:contextualSpacing/>
    </w:pPr>
  </w:style>
  <w:style w:type="paragraph" w:styleId="Felsorols2">
    <w:name w:val="List Bullet 2"/>
    <w:basedOn w:val="Norml"/>
    <w:uiPriority w:val="99"/>
    <w:unhideWhenUsed/>
    <w:rsid w:val="00326F90"/>
    <w:pPr>
      <w:numPr>
        <w:numId w:val="2"/>
      </w:numPr>
      <w:contextualSpacing/>
    </w:pPr>
  </w:style>
  <w:style w:type="paragraph" w:styleId="Felsorols3">
    <w:name w:val="List Bullet 3"/>
    <w:basedOn w:val="Norml"/>
    <w:uiPriority w:val="99"/>
    <w:unhideWhenUsed/>
    <w:rsid w:val="00326F90"/>
    <w:pPr>
      <w:numPr>
        <w:numId w:val="3"/>
      </w:numPr>
      <w:contextualSpacing/>
    </w:pPr>
  </w:style>
  <w:style w:type="paragraph" w:styleId="Szmozottlista">
    <w:name w:val="List Number"/>
    <w:basedOn w:val="Norml"/>
    <w:uiPriority w:val="99"/>
    <w:unhideWhenUsed/>
    <w:rsid w:val="00326F90"/>
    <w:pPr>
      <w:numPr>
        <w:numId w:val="5"/>
      </w:numPr>
      <w:contextualSpacing/>
    </w:pPr>
  </w:style>
  <w:style w:type="paragraph" w:styleId="Szmozottlista2">
    <w:name w:val="List Number 2"/>
    <w:basedOn w:val="Norml"/>
    <w:uiPriority w:val="99"/>
    <w:unhideWhenUsed/>
    <w:rsid w:val="0029639D"/>
    <w:pPr>
      <w:numPr>
        <w:numId w:val="6"/>
      </w:numPr>
      <w:contextualSpacing/>
    </w:pPr>
  </w:style>
  <w:style w:type="paragraph" w:styleId="Szmozottlista3">
    <w:name w:val="List Number 3"/>
    <w:basedOn w:val="Norml"/>
    <w:uiPriority w:val="99"/>
    <w:unhideWhenUsed/>
    <w:rsid w:val="0029639D"/>
    <w:pPr>
      <w:numPr>
        <w:numId w:val="7"/>
      </w:numPr>
      <w:contextualSpacing/>
    </w:pPr>
  </w:style>
  <w:style w:type="paragraph" w:styleId="Listafolytatsa">
    <w:name w:val="List Continue"/>
    <w:basedOn w:val="Norml"/>
    <w:uiPriority w:val="99"/>
    <w:unhideWhenUsed/>
    <w:rsid w:val="0029639D"/>
    <w:pPr>
      <w:spacing w:after="120"/>
      <w:ind w:left="360"/>
      <w:contextualSpacing/>
    </w:pPr>
  </w:style>
  <w:style w:type="paragraph" w:styleId="Listafolytatsa2">
    <w:name w:val="List Continue 2"/>
    <w:basedOn w:val="Norml"/>
    <w:uiPriority w:val="99"/>
    <w:unhideWhenUsed/>
    <w:rsid w:val="0029639D"/>
    <w:pPr>
      <w:spacing w:after="120"/>
      <w:ind w:left="720"/>
      <w:contextualSpacing/>
    </w:pPr>
  </w:style>
  <w:style w:type="paragraph" w:styleId="Listafolytatsa3">
    <w:name w:val="List Continue 3"/>
    <w:basedOn w:val="Norml"/>
    <w:uiPriority w:val="99"/>
    <w:unhideWhenUsed/>
    <w:rsid w:val="0029639D"/>
    <w:pPr>
      <w:spacing w:after="120"/>
      <w:ind w:left="1080"/>
      <w:contextualSpacing/>
    </w:pPr>
  </w:style>
  <w:style w:type="paragraph" w:styleId="Makrszvege">
    <w:name w:val="macro"/>
    <w:link w:val="Makrszveg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szvegeChar">
    <w:name w:val="Makró szövege Char"/>
    <w:basedOn w:val="Bekezdsalapbettpusa"/>
    <w:link w:val="Makrszvege"/>
    <w:uiPriority w:val="99"/>
    <w:rsid w:val="0029639D"/>
    <w:rPr>
      <w:rFonts w:ascii="Courier" w:hAnsi="Courier"/>
      <w:sz w:val="20"/>
      <w:szCs w:val="20"/>
    </w:rPr>
  </w:style>
  <w:style w:type="paragraph" w:styleId="Idzet">
    <w:name w:val="Quote"/>
    <w:basedOn w:val="Norml"/>
    <w:next w:val="Norml"/>
    <w:link w:val="IdzetChar"/>
    <w:uiPriority w:val="29"/>
    <w:qFormat/>
    <w:rsid w:val="00FC693F"/>
    <w:rPr>
      <w:i/>
      <w:iCs/>
      <w:color w:val="000000" w:themeColor="text1"/>
    </w:rPr>
  </w:style>
  <w:style w:type="character" w:customStyle="1" w:styleId="IdzetChar">
    <w:name w:val="Idézet Char"/>
    <w:basedOn w:val="Bekezdsalapbettpusa"/>
    <w:link w:val="Idzet"/>
    <w:uiPriority w:val="29"/>
    <w:rsid w:val="00FC693F"/>
    <w:rPr>
      <w:i/>
      <w:iCs/>
      <w:color w:val="000000" w:themeColor="text1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Kiemels2">
    <w:name w:val="Strong"/>
    <w:basedOn w:val="Bekezdsalapbettpusa"/>
    <w:uiPriority w:val="22"/>
    <w:qFormat/>
    <w:rsid w:val="00FC693F"/>
    <w:rPr>
      <w:b/>
      <w:bCs/>
    </w:rPr>
  </w:style>
  <w:style w:type="character" w:styleId="Kiemels">
    <w:name w:val="Emphasis"/>
    <w:basedOn w:val="Bekezdsalapbettpusa"/>
    <w:uiPriority w:val="20"/>
    <w:qFormat/>
    <w:rsid w:val="00FC693F"/>
    <w:rPr>
      <w:i/>
      <w:iCs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C693F"/>
    <w:rPr>
      <w:b/>
      <w:bCs/>
      <w:i/>
      <w:iCs/>
      <w:color w:val="4F81BD" w:themeColor="accent1"/>
    </w:rPr>
  </w:style>
  <w:style w:type="character" w:styleId="Finomkiemels">
    <w:name w:val="Subtle Emphasis"/>
    <w:basedOn w:val="Bekezdsalapbettpusa"/>
    <w:uiPriority w:val="19"/>
    <w:qFormat/>
    <w:rsid w:val="00FC693F"/>
    <w:rPr>
      <w:i/>
      <w:iCs/>
      <w:color w:val="808080" w:themeColor="text1" w:themeTint="7F"/>
    </w:rPr>
  </w:style>
  <w:style w:type="character" w:styleId="Erskiemels">
    <w:name w:val="Intense Emphasis"/>
    <w:basedOn w:val="Bekezdsalapbettpusa"/>
    <w:uiPriority w:val="21"/>
    <w:qFormat/>
    <w:rsid w:val="00FC693F"/>
    <w:rPr>
      <w:b/>
      <w:bCs/>
      <w:i/>
      <w:iCs/>
      <w:color w:val="4F81BD" w:themeColor="accent1"/>
    </w:rPr>
  </w:style>
  <w:style w:type="character" w:styleId="Finomhivatkozs">
    <w:name w:val="Subtle Reference"/>
    <w:basedOn w:val="Bekezdsalapbettpusa"/>
    <w:uiPriority w:val="31"/>
    <w:qFormat/>
    <w:rsid w:val="00FC693F"/>
    <w:rPr>
      <w:smallCaps/>
      <w:color w:val="C0504D" w:themeColor="accent2"/>
      <w:u w:val="single"/>
    </w:rPr>
  </w:style>
  <w:style w:type="character" w:styleId="Ershivatkozs">
    <w:name w:val="Intense Reference"/>
    <w:basedOn w:val="Bekezdsalapbettpus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nyvcme">
    <w:name w:val="Book Title"/>
    <w:basedOn w:val="Bekezdsalapbettpusa"/>
    <w:uiPriority w:val="33"/>
    <w:qFormat/>
    <w:rsid w:val="00FC693F"/>
    <w:rPr>
      <w:b/>
      <w:bCs/>
      <w:smallCaps/>
      <w:spacing w:val="5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FC693F"/>
    <w:pPr>
      <w:outlineLvl w:val="9"/>
    </w:pPr>
  </w:style>
  <w:style w:type="table" w:styleId="Rcsostblzat">
    <w:name w:val="Table Grid"/>
    <w:basedOn w:val="Normltblzat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ilgostnus">
    <w:name w:val="Light Shading"/>
    <w:basedOn w:val="Normltblzat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ilgosrnykols1jellszn">
    <w:name w:val="Light Shading Accent 1"/>
    <w:basedOn w:val="Normltblzat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Vilgosrnykols2jellszn">
    <w:name w:val="Light Shading Accent 2"/>
    <w:basedOn w:val="Normltblzat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Vilgosrnykols3jellszn">
    <w:name w:val="Light Shading Accent 3"/>
    <w:basedOn w:val="Normltblzat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Vilgosrnykols4jellszn">
    <w:name w:val="Light Shading Accent 4"/>
    <w:basedOn w:val="Normltblzat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Vilgosrnykols5jellszn">
    <w:name w:val="Light Shading Accent 5"/>
    <w:basedOn w:val="Normltblzat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Vilgosrnykols6jellszn">
    <w:name w:val="Light Shading Accent 6"/>
    <w:basedOn w:val="Normltblzat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Vilgoslista">
    <w:name w:val="Light List"/>
    <w:basedOn w:val="Normltblzat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Vilgoslista1jellszn">
    <w:name w:val="Light List Accent 1"/>
    <w:basedOn w:val="Normltblzat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Vilgoslista2jellszn">
    <w:name w:val="Light List Accent 2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Vilgoslista3jellszn">
    <w:name w:val="Light List Accent 3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Vilgoslista4jellszn">
    <w:name w:val="Light List Accent 4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Vilgoslista5jellszn">
    <w:name w:val="Light List Accent 5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Vilgoslista6jellszn">
    <w:name w:val="Light List Accent 6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Vilgosrcs">
    <w:name w:val="Light Grid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Vilgosrcs1jellszn">
    <w:name w:val="Light Grid Accent 1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Vilgosrcs2jellszn">
    <w:name w:val="Light Grid Accent 2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Vilgosrcs3jellszn">
    <w:name w:val="Light Grid Accent 3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Vilgosrcs4jellszn">
    <w:name w:val="Light Grid Accent 4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Vilgosrcs5jellszn">
    <w:name w:val="Light Grid Accent 5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Vilgosrcs6jellszn">
    <w:name w:val="Light Grid Accent 6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Kzepesrnykols1">
    <w:name w:val="Medium Shading 1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1jellszn">
    <w:name w:val="Medium Shading 1 Accent 1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2jellszn">
    <w:name w:val="Medium Shading 1 Accent 2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3jellszn">
    <w:name w:val="Medium Shading 1 Accent 3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4jellszn">
    <w:name w:val="Medium Shading 1 Accent 4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5jellszn">
    <w:name w:val="Medium Shading 1 Accent 5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6jellszn">
    <w:name w:val="Medium Shading 1 Accent 6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2">
    <w:name w:val="Medium Shading 2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1jellszn">
    <w:name w:val="Medium Shading 2 Accent 1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2jellszn">
    <w:name w:val="Medium Shading 2 Accent 2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3jellszn">
    <w:name w:val="Medium Shading 2 Accent 3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4jellszn">
    <w:name w:val="Medium Shading 2 Accent 4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5jellszn">
    <w:name w:val="Medium Shading 2 Accent 5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6jellszn">
    <w:name w:val="Medium Shading 2 Accent 6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lista1">
    <w:name w:val="Medium List 1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Kzepeslista11jellszn">
    <w:name w:val="Medium List 1 Accent 1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Kzepeslista12jellszn">
    <w:name w:val="Medium List 1 Accent 2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Kzepeslista13jellszn">
    <w:name w:val="Medium List 1 Accent 3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Kzepeslista14jellszn">
    <w:name w:val="Medium List 1 Accent 4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Kzepeslista15jellszn">
    <w:name w:val="Medium List 1 Accent 5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Kzepeslista16jellszn">
    <w:name w:val="Medium List 1 Accent 6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Kzepeslista2">
    <w:name w:val="Medium List 2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1jellszn">
    <w:name w:val="Medium List 2 Accent 1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2jellszn">
    <w:name w:val="Medium List 2 Accent 2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3jellszn">
    <w:name w:val="Medium List 2 Accent 3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4jellszn">
    <w:name w:val="Medium List 2 Accent 4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5jellszn">
    <w:name w:val="Medium List 2 Accent 5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6jellszn">
    <w:name w:val="Medium List 2 Accent 6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rcs1">
    <w:name w:val="Medium Grid 1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zepesrcs11jellszn">
    <w:name w:val="Medium Grid 1 Accent 1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zepesrcs12jellszn">
    <w:name w:val="Medium Grid 1 Accent 2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zepesrcs13jellszn">
    <w:name w:val="Medium Grid 1 Accent 3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zepesrcs14jellszn">
    <w:name w:val="Medium Grid 1 Accent 4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zepesrcs15jellszn">
    <w:name w:val="Medium Grid 1 Accent 5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zepesrcs16jellszn">
    <w:name w:val="Medium Grid 1 Accent 6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Kzepesrcs2">
    <w:name w:val="Medium Grid 2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1jellszn">
    <w:name w:val="Medium Grid 2 Accent 1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2jellszn">
    <w:name w:val="Medium Grid 2 Accent 2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3jellszn">
    <w:name w:val="Medium Grid 2 Accent 3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4jellszn">
    <w:name w:val="Medium Grid 2 Accent 4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5jellszn">
    <w:name w:val="Medium Grid 2 Accent 5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6jellszn">
    <w:name w:val="Medium Grid 2 Accent 6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3">
    <w:name w:val="Medium Grid 3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Kzepesrcs31jellszn">
    <w:name w:val="Medium Grid 3 Accent 1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Kzepesrcs32jellszn">
    <w:name w:val="Medium Grid 3 Accent 2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Kzepesrcs33jellszn">
    <w:name w:val="Medium Grid 3 Accent 3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Kzepesrcs34jellszn">
    <w:name w:val="Medium Grid 3 Accent 4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Kzepesrcs35jellszn">
    <w:name w:val="Medium Grid 3 Accent 5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Kzepesrcs36jellszn">
    <w:name w:val="Medium Grid 3 Accent 6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ttlista">
    <w:name w:val="Dark List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Sttlista1jellszn">
    <w:name w:val="Dark List Accent 1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Sttlista2jellszn">
    <w:name w:val="Dark List Accent 2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Sttlista3jellszn">
    <w:name w:val="Dark List Accent 3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Sttlista4jellszn">
    <w:name w:val="Dark List Accent 4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Sttlista5jellszn">
    <w:name w:val="Dark List Accent 5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Sttlista6jellszn">
    <w:name w:val="Dark List Accent 6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znesrnykols">
    <w:name w:val="Colorful Shading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1jellszn">
    <w:name w:val="Colorful Shading Accent 1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2jellszn">
    <w:name w:val="Colorful Shading Accent 2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3jellszn">
    <w:name w:val="Colorful Shading Accent 3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znesrnykols4jellszn">
    <w:name w:val="Colorful Shading Accent 4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5jellszn">
    <w:name w:val="Colorful Shading Accent 5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6jellszn">
    <w:name w:val="Colorful Shading Accent 6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lista">
    <w:name w:val="Colorful List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zneslista1jellszn">
    <w:name w:val="Colorful List Accent 1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Szneslista2jellszn">
    <w:name w:val="Colorful List Accent 2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Szneslista3jellszn">
    <w:name w:val="Colorful List Accent 3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Szneslista4jellszn">
    <w:name w:val="Colorful List Accent 4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Szneslista5jellszn">
    <w:name w:val="Colorful List Accent 5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Szneslista6jellszn">
    <w:name w:val="Colorful List Accent 6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znesrcs">
    <w:name w:val="Colorful Grid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znesrcs1jellszn">
    <w:name w:val="Colorful Grid Accent 1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znesrcs2jellszn">
    <w:name w:val="Colorful Grid Accent 2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znesrcs3jellszn">
    <w:name w:val="Colorful Grid Accent 3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znesrcs4jellszn">
    <w:name w:val="Colorful Grid Accent 4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znesrcs5jellszn">
    <w:name w:val="Colorful Grid Accent 5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znesrcs6jellszn">
    <w:name w:val="Colorful Grid Accent 6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gyula balogh</cp:lastModifiedBy>
  <cp:revision>5</cp:revision>
  <dcterms:created xsi:type="dcterms:W3CDTF">2026-02-23T23:45:00Z</dcterms:created>
  <dcterms:modified xsi:type="dcterms:W3CDTF">2026-02-24T00:49:00Z</dcterms:modified>
  <cp:category/>
</cp:coreProperties>
</file>